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היסוד של חג הסיגד (קס, אורית, הר, תפילה)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החג ואת מהלך הטקס שמתקיים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והבעה בעברית דרך משימות 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מנהיגים דתיים בקהילה האתיופית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כתבי הקודש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חלק מרכזי מהחג הוא העלייה להר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אורית היא כתבי הקודש, לא שם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החגיגה מגיעה בסוף היום, אחרי הצום והתפילה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היום החג נחגג בעיקר בישראל,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(כתבי קודש של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(פירושו השתחוויה)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(המקום שעולים אליו ביום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(הכיוון שאליו פונים בתפילה)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היום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משפחות וקהילה מתכנסות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צמים ולא אוכלים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עולים אל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מתפללים ופונים לכיוון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חוגגים ושמחים יחד אחרי התפילה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זוכרים את העלייה להר, הצום והתפילה המשותפת; היום החג מחבר אותם למורשת ולזהות שלהם.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השתחוויה/סגידה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מנהיגים דתיים בקהילה האתיופית שמובילים את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פונים לכיוון ירושלים, כסמל לכמיהה וחיבור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בצפייה קצרה באחד הסרטונים שמופיעים באתר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הפעילויות לעבודה בזוגות כדי לעודד שיח על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שיחה על חגים נוספים שיש בהם עלייה להר או צום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מיוחד במסורת יהודי אתיופיה. בדף זה נלמד מי הם הקסים, מה זאת אורית ומה עושים ביום החג - מהצום ועד החגיגה.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הם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רקדנים בחג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מנהיגים דתיים בקהילה האתיופית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זמרים מיוחדים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זאת 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של 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כתבי הקודש של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ההר שעולים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מאכל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פונים בתפילה ביום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לפני התפילה ביום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אוכלים ארוחה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 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עולים להר 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אורית היא שם של קס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התפילה יש חגיגה ושמחה משותפת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חוגגים היום רק באתיופיה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הסיגד הקהילה עולה אל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המנהיג הדתי בקהילה האתיופית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כתבי הקודש של יהודי אתיופיה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התפילה פונים לכיוון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התפילה נוהגים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הכיוון שאליו פונים בתפילה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פירושו השתחוויה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כתבי קודש של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שעולים אליו ביום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היום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 ושמחים יחד אחרי התפילה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אל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מתפללים ופונים לכיוון 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צמים ולא אוכלים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משפחות וקהילה מתכנסות בבוקר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זוכרים בני הקהילה מהחג באתיופיה, ומה הוא אומר להם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"סיגד"?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הקסים ומה תפקידם?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לאן פונים בתפילה ביום החג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