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של חג הסיגד (קס, אורית, הר, תפילה)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החג ואת מהלך הטקס שמתקיים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בעברית דרך משימות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מנהיגים דתיים בקהילה האתיופית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כתבי הקודש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חלק מרכזי מהחג הוא העלייה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אורית היא כתבי הקודש, לא שם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החגיגה מגיעה בסוף היום, אחרי הצום והתפילה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היום החג נחגג בעיקר בישראל,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(כתבי קודש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(פירושו השתחוויה)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שעולים אליו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(הכיוון שאליו פונים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היום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 וקהילה מתכנסות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צמים ולא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ופונים לכיוון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ושמחים יחד אחרי התפילה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זוכרים את העלייה להר, הצום והתפילה המשותפת; היום החג מחבר אותם למורשת ולזהות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השתחוויה/סגידה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בקהילה האתיופית שמובילים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פונים לכיוון ירושלים, כסמל לכמיהה וחיבור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בצפייה קצרה באחד הסרטונים שמופיעים באתר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הפעילויות לעבודה בזוגות כדי לעודד שיח על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שיחה על חגים נוספים שיש בהם עלייה להר או צום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חשוב של יהודי אתיופיה. בדף הזה נלמד מילים חדשות ונענה על שאלות קלות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החג, פירושו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בקהילה האתיופית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כתבי הקודש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 שעולים אליו ביום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בבקשה או בתודה, כאן לכיוון 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להתגורר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משותפת של כל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סיגד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רקדנים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מנהיגים דתיים בקהילה האתיופית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זמרים מיוחדים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זאת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כתבי הקודש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ההר שעולים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מאכל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לאיפה פונים כשמתפללים?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לפני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ארוחה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עולים להר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אורית היא שם של קס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התפילה יש חגיגה ושמחה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חוגגים היום רק באתיופיה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הסיגד הקהילה עולה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 הדתי בקהילה האתיופית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כתבי הקודש של יהודי אתיופיה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התפילה פונים לכיוון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התפילה נוהגים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שעולים אליו ביום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הכיוון שאליו פונים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כתבי קודש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פירושו השתחוויה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 דתי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היום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ושמחים יחד אחרי התפילה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וקהילה מתכנסות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ופונים לכיוון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צמים ולא אוכלים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זוכרים בני הקהילה מהחג באתיופיה, ומה הוא אומר להם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"סיגד"?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הקסים ומה תפקידם?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פונים בתפילה ביום החג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