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חג הסיגד · אתר לכיתה – יסודי וחט״ב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חג הסיגד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מושגי היסוד של חג הסיגד (קס, אורית, הר, תפילה)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משמעות החג ואת מהלך הטקס שמתקיים בו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הבנה והבעה בעברית דרך משימות מגוונות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השתחוויה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מנהיגים דתיים בקהילה האתיופית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חלק מרכזי מהחג הוא העלייה להר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החגיגה מגיעה בסוף היום, אחרי הצום והתפילה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אורית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(מנהיג דתי בקהילה)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(כתבי קודש של יהודי אתיופיה)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(המקום שעולים אליו ביום החג)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(הכיוון שאליו פונים בתפילה)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היום בחג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משפחות וקהילה מתכנסות בבוקר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עולים אל ההר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חוגגים ושמחים יחד אחרי התפילה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השתחוויה/סגידה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מנהיגים דתיים בקהילה האתיופית שמובילים את הטקס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פונים לכיוון ירושלים, כסמל לכמיהה וחיבור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לפתוח בצפייה קצרה באחד הסרטונים שמופיעים באתר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לחלק את הפעילויות לעבודה בזוגות כדי לעודד שיח על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להוסיף שיחה על חגים נוספים שיש בהם עלייה להר או צום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חג הסיגד · אתר לכיתה – יסודי וחט״ב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חג הסיגד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חג הסיגד הוא חג מיוחד במסורת יהודי אתיופיה. בדף זה נלמד מי הם הקסים, מה זאת אורית ומה עושים ביום החג - מהצום ועד החגיגה.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אורית  ·  הר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פירוש המילה "סיגד"?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שמחה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השתחוויה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ריקוד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מי הם הקסים?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רקדנים בחג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מנהיגים דתיים בקהילה האתיופית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תלמידים בבית הספר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ביום הסיגד עולים להר גבוה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אחרי התפילה יש חגיגה ושמחה משותפת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ביום הסיגד הקהילה עולה אל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כתבי הקודש של יהודי אתיופיה נקראים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קס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המקום שעולים אליו ביום החג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אורית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הכיוון שאליו פונים בתפילה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הר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מנהיג דתי בקהילה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ירושלים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כתבי קודש של יהודי אתיופיה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היום בחג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עולים אל ההר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חוגגים ושמחים יחד אחרי התפילה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משפחות וקהילה מתכנסות בבוקר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פירוש המילה "סיגד"?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מי הם הקסים ומה תפקידם?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חג הסיגד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